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A19B" w14:textId="77777777" w:rsidR="003C48D3" w:rsidRPr="008B50F7" w:rsidRDefault="00C93743">
      <w:pPr>
        <w:jc w:val="right"/>
        <w:rPr>
          <w:rFonts w:ascii="Aptos" w:hAnsi="Aptos"/>
          <w:lang w:val="it-IT"/>
        </w:rPr>
      </w:pPr>
      <w:r w:rsidRPr="008B50F7">
        <w:rPr>
          <w:rFonts w:ascii="Aptos" w:hAnsi="Aptos"/>
          <w:b/>
          <w:sz w:val="22"/>
          <w:lang w:val="it-IT"/>
        </w:rPr>
        <w:t>Allegato A</w:t>
      </w:r>
    </w:p>
    <w:p w14:paraId="138F925A" w14:textId="77777777" w:rsidR="003C48D3" w:rsidRPr="008B50F7" w:rsidRDefault="00C93743">
      <w:pPr>
        <w:jc w:val="center"/>
        <w:rPr>
          <w:rFonts w:ascii="Aptos" w:hAnsi="Aptos"/>
          <w:lang w:val="it-IT"/>
        </w:rPr>
      </w:pPr>
      <w:r w:rsidRPr="008B50F7">
        <w:rPr>
          <w:rFonts w:ascii="Aptos" w:hAnsi="Aptos"/>
          <w:b/>
          <w:sz w:val="26"/>
          <w:lang w:val="it-IT"/>
        </w:rPr>
        <w:t>AVVISO PUBBLICO</w:t>
      </w:r>
    </w:p>
    <w:p w14:paraId="05EE456A" w14:textId="7FA543B7" w:rsidR="003C48D3" w:rsidRPr="008B50F7" w:rsidRDefault="00C93743">
      <w:pPr>
        <w:jc w:val="center"/>
        <w:rPr>
          <w:rFonts w:ascii="Aptos" w:hAnsi="Aptos"/>
          <w:lang w:val="it-IT"/>
        </w:rPr>
      </w:pPr>
      <w:r w:rsidRPr="008B50F7">
        <w:rPr>
          <w:rFonts w:ascii="Aptos" w:hAnsi="Aptos"/>
          <w:b/>
          <w:sz w:val="22"/>
          <w:lang w:val="it-IT"/>
        </w:rPr>
        <w:t>per la concessione in uso di spazi comunali al piano terra dell’Edificio “Ex Scuola De Amicis” – Belfiore di Pramaggiore, da destinarsi esclusivamente a Servizio di Asilo Nido</w:t>
      </w:r>
      <w:r w:rsidR="008B50F7" w:rsidRPr="008B50F7">
        <w:rPr>
          <w:rFonts w:ascii="Aptos" w:hAnsi="Aptos"/>
          <w:b/>
          <w:sz w:val="22"/>
          <w:lang w:val="it-IT"/>
        </w:rPr>
        <w:t xml:space="preserve"> e da accreditarsi ai sensi della LR </w:t>
      </w:r>
      <w:r w:rsidR="00B3262F">
        <w:rPr>
          <w:rFonts w:ascii="Aptos" w:hAnsi="Aptos"/>
          <w:b/>
          <w:sz w:val="22"/>
          <w:lang w:val="it-IT"/>
        </w:rPr>
        <w:t>22</w:t>
      </w:r>
      <w:r w:rsidR="008B50F7" w:rsidRPr="008B50F7">
        <w:rPr>
          <w:rFonts w:ascii="Aptos" w:hAnsi="Aptos"/>
          <w:b/>
          <w:sz w:val="22"/>
          <w:lang w:val="it-IT"/>
        </w:rPr>
        <w:t>/2002 entro un anno</w:t>
      </w:r>
    </w:p>
    <w:p w14:paraId="20E9A842" w14:textId="77777777" w:rsidR="003C48D3" w:rsidRPr="008B50F7" w:rsidRDefault="00C93743">
      <w:pPr>
        <w:jc w:val="center"/>
        <w:rPr>
          <w:rFonts w:ascii="Aptos" w:hAnsi="Aptos"/>
          <w:b/>
          <w:color w:val="1F4E79"/>
          <w:sz w:val="28"/>
          <w:lang w:val="it-IT"/>
        </w:rPr>
      </w:pPr>
      <w:r w:rsidRPr="008B50F7">
        <w:rPr>
          <w:rFonts w:ascii="Aptos" w:hAnsi="Aptos"/>
          <w:b/>
          <w:color w:val="1F4E79"/>
          <w:sz w:val="28"/>
          <w:lang w:val="it-IT"/>
        </w:rPr>
        <w:t>MODELLO DOMANDA DI PARTECIPAZIONE E DICHIARAZIONI</w:t>
      </w:r>
    </w:p>
    <w:p w14:paraId="3BC45E9A" w14:textId="389729AD" w:rsidR="00CD5EE2" w:rsidRPr="008B50F7" w:rsidRDefault="00CD5EE2">
      <w:pPr>
        <w:jc w:val="center"/>
        <w:rPr>
          <w:rFonts w:ascii="Aptos" w:hAnsi="Aptos"/>
          <w:b/>
          <w:u w:val="single"/>
          <w:lang w:val="it-IT"/>
        </w:rPr>
      </w:pPr>
      <w:r w:rsidRPr="008B50F7">
        <w:rPr>
          <w:rFonts w:ascii="Aptos" w:hAnsi="Aptos"/>
          <w:b/>
          <w:color w:val="1F4E79"/>
          <w:sz w:val="28"/>
          <w:u w:val="single"/>
          <w:lang w:val="it-IT"/>
        </w:rPr>
        <w:t>da consegnare in plico chiuso</w:t>
      </w:r>
    </w:p>
    <w:p w14:paraId="3EE8C105" w14:textId="315D3CB4" w:rsidR="003C48D3" w:rsidRPr="008B50F7" w:rsidRDefault="00C93743">
      <w:pPr>
        <w:jc w:val="right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Al Comune di Pramaggiore</w:t>
      </w:r>
      <w:r w:rsidRPr="008B50F7">
        <w:rPr>
          <w:rFonts w:ascii="Aptos" w:hAnsi="Aptos"/>
          <w:lang w:val="it-IT"/>
        </w:rPr>
        <w:br/>
        <w:t>Ufficio Tecnico</w:t>
      </w:r>
      <w:r w:rsidRPr="008B50F7">
        <w:rPr>
          <w:rFonts w:ascii="Aptos" w:hAnsi="Aptos"/>
          <w:lang w:val="it-IT"/>
        </w:rPr>
        <w:br/>
      </w:r>
    </w:p>
    <w:p w14:paraId="0241BCE1" w14:textId="77777777" w:rsidR="003C48D3" w:rsidRPr="008B50F7" w:rsidRDefault="00C93743">
      <w:pPr>
        <w:pStyle w:val="Titolo1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Oggetto</w:t>
      </w:r>
    </w:p>
    <w:p w14:paraId="2EF7B1F8" w14:textId="53B3E8A2" w:rsidR="003C48D3" w:rsidRPr="008B50F7" w:rsidRDefault="00C93743">
      <w:pPr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Domanda di partecipazione alla procedura ad evidenza pubblica per la concessione in uso di spazi comunali al piano terra dell’Edificio “Ex Scuola De Amicis” – Belfiore di Pramaggiore, da destinarsi esclusivamente a Servizio di Asilo Nido</w:t>
      </w:r>
      <w:r w:rsidR="008B50F7" w:rsidRPr="008B50F7">
        <w:rPr>
          <w:rFonts w:ascii="Aptos" w:hAnsi="Aptos"/>
          <w:lang w:val="it-IT"/>
        </w:rPr>
        <w:t xml:space="preserve"> e da accreditarsi ai sensi della LR </w:t>
      </w:r>
      <w:r w:rsidR="00B3262F">
        <w:rPr>
          <w:rFonts w:ascii="Aptos" w:hAnsi="Aptos"/>
          <w:lang w:val="it-IT"/>
        </w:rPr>
        <w:t>22</w:t>
      </w:r>
      <w:r w:rsidR="008B50F7" w:rsidRPr="008B50F7">
        <w:rPr>
          <w:rFonts w:ascii="Aptos" w:hAnsi="Aptos"/>
          <w:lang w:val="it-IT"/>
        </w:rPr>
        <w:t>/2002 entro un anno</w:t>
      </w:r>
      <w:r w:rsidRPr="008B50F7">
        <w:rPr>
          <w:rFonts w:ascii="Aptos" w:hAnsi="Aptos"/>
          <w:lang w:val="it-IT"/>
        </w:rPr>
        <w:t>.</w:t>
      </w:r>
    </w:p>
    <w:p w14:paraId="6F7353B4" w14:textId="77777777" w:rsidR="003C48D3" w:rsidRPr="008B50F7" w:rsidRDefault="00C93743">
      <w:pPr>
        <w:pStyle w:val="Titolo1"/>
        <w:rPr>
          <w:rFonts w:ascii="Aptos" w:hAnsi="Aptos"/>
        </w:rPr>
      </w:pPr>
      <w:r w:rsidRPr="008B50F7">
        <w:rPr>
          <w:rFonts w:ascii="Aptos" w:hAnsi="Aptos"/>
        </w:rPr>
        <w:t xml:space="preserve">1. Dati del </w:t>
      </w:r>
      <w:proofErr w:type="spellStart"/>
      <w:r w:rsidRPr="008B50F7">
        <w:rPr>
          <w:rFonts w:ascii="Aptos" w:hAnsi="Aptos"/>
        </w:rPr>
        <w:t>dichiarante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978"/>
      </w:tblGrid>
      <w:tr w:rsidR="003C48D3" w:rsidRPr="008B50F7" w14:paraId="3C23DBF2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365F24B7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Cognome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e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nome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7B1051ED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4673A419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46B9ADA7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Nato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>/a a – il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5C47B83B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0317C290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5D6B25CD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Codice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fiscale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729617B0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0193F22A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418FB919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Residente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in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41BCC30F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493C9D9E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23BDF553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Telefono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4979303E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4B5FAF67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35778586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  <w:b/>
                <w:sz w:val="19"/>
              </w:rPr>
              <w:t>E-mail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454A3853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404FE9DB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30D8E7CC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  <w:b/>
                <w:sz w:val="19"/>
              </w:rPr>
              <w:t>PEC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0C414DBC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5C4095B2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54CB581D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Documento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identità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n.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18003D69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</w:tbl>
    <w:p w14:paraId="34BBC27A" w14:textId="77777777" w:rsidR="003C48D3" w:rsidRPr="008B50F7" w:rsidRDefault="00C93743" w:rsidP="00CD5EE2">
      <w:pPr>
        <w:pStyle w:val="Titolo1"/>
        <w:jc w:val="both"/>
        <w:rPr>
          <w:rFonts w:ascii="Aptos" w:hAnsi="Aptos"/>
        </w:rPr>
      </w:pPr>
      <w:r w:rsidRPr="008B50F7">
        <w:rPr>
          <w:rFonts w:ascii="Aptos" w:hAnsi="Aptos"/>
        </w:rPr>
        <w:lastRenderedPageBreak/>
        <w:t xml:space="preserve">2. Dati </w:t>
      </w:r>
      <w:proofErr w:type="spellStart"/>
      <w:r w:rsidRPr="008B50F7">
        <w:rPr>
          <w:rFonts w:ascii="Aptos" w:hAnsi="Aptos"/>
        </w:rPr>
        <w:t>dell’operatore</w:t>
      </w:r>
      <w:proofErr w:type="spellEnd"/>
      <w:r w:rsidRPr="008B50F7">
        <w:rPr>
          <w:rFonts w:ascii="Aptos" w:hAnsi="Aptos"/>
        </w:rPr>
        <w:t xml:space="preserve"> </w:t>
      </w:r>
      <w:proofErr w:type="spellStart"/>
      <w:r w:rsidRPr="008B50F7">
        <w:rPr>
          <w:rFonts w:ascii="Aptos" w:hAnsi="Aptos"/>
        </w:rPr>
        <w:t>economico</w:t>
      </w:r>
      <w:proofErr w:type="spellEnd"/>
      <w:r w:rsidRPr="008B50F7">
        <w:rPr>
          <w:rFonts w:ascii="Aptos" w:hAnsi="Aptos"/>
        </w:rPr>
        <w:t xml:space="preserve"> / </w:t>
      </w:r>
      <w:proofErr w:type="spellStart"/>
      <w:r w:rsidRPr="008B50F7">
        <w:rPr>
          <w:rFonts w:ascii="Aptos" w:hAnsi="Aptos"/>
        </w:rPr>
        <w:t>ente</w:t>
      </w:r>
      <w:proofErr w:type="spellEnd"/>
      <w:r w:rsidRPr="008B50F7">
        <w:rPr>
          <w:rFonts w:ascii="Aptos" w:hAnsi="Aptos"/>
        </w:rPr>
        <w:t xml:space="preserve"> </w:t>
      </w:r>
      <w:proofErr w:type="spellStart"/>
      <w:r w:rsidRPr="008B50F7">
        <w:rPr>
          <w:rFonts w:ascii="Aptos" w:hAnsi="Aptos"/>
        </w:rPr>
        <w:t>concorrente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6978"/>
      </w:tblGrid>
      <w:tr w:rsidR="003C48D3" w:rsidRPr="008B50F7" w14:paraId="3758121E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2220A2FB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Denominazione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/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ragione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sociale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591936CC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31726B73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48BBD2DA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  <w:b/>
                <w:sz w:val="19"/>
              </w:rPr>
              <w:t xml:space="preserve">Forma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giuridica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6894D9BF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529641D0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0D90E64F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Sede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legale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0AE01BC6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3D4A8826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69679BF5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Codice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fiscale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/ P. IVA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46D6E636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4438787B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6F55EE2C" w14:textId="77777777" w:rsidR="003C48D3" w:rsidRPr="008B50F7" w:rsidRDefault="00C93743" w:rsidP="00CD5EE2">
            <w:pPr>
              <w:jc w:val="both"/>
              <w:rPr>
                <w:rFonts w:ascii="Aptos" w:hAnsi="Aptos"/>
                <w:lang w:val="it-IT"/>
              </w:rPr>
            </w:pPr>
            <w:r w:rsidRPr="008B50F7">
              <w:rPr>
                <w:rFonts w:ascii="Aptos" w:hAnsi="Aptos"/>
                <w:b/>
                <w:sz w:val="19"/>
                <w:lang w:val="it-IT"/>
              </w:rPr>
              <w:t>Iscrizione CCIAA / RUNTS / altro registro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4E9EFC0E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6C24ECCA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4572E6E4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Oggetto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sociale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/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finalità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statutarie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64109B5B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30A34FFB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5F9CEF73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b/>
                <w:sz w:val="19"/>
              </w:rPr>
              <w:t>Legale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rappresentante</w:t>
            </w:r>
            <w:proofErr w:type="spellEnd"/>
            <w:r w:rsidRPr="008B50F7">
              <w:rPr>
                <w:rFonts w:ascii="Aptos" w:hAnsi="Aptos"/>
                <w:b/>
                <w:sz w:val="19"/>
              </w:rPr>
              <w:t xml:space="preserve"> / </w:t>
            </w:r>
            <w:proofErr w:type="spellStart"/>
            <w:r w:rsidRPr="008B50F7">
              <w:rPr>
                <w:rFonts w:ascii="Aptos" w:hAnsi="Aptos"/>
                <w:b/>
                <w:sz w:val="19"/>
              </w:rPr>
              <w:t>procuratore</w:t>
            </w:r>
            <w:proofErr w:type="spellEnd"/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229B088A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  <w:tr w:rsidR="003C48D3" w:rsidRPr="008B50F7" w14:paraId="6ECA2CE1" w14:textId="77777777">
        <w:trPr>
          <w:jc w:val="center"/>
        </w:trPr>
        <w:tc>
          <w:tcPr>
            <w:tcW w:w="2551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2F6FB"/>
            <w:vAlign w:val="center"/>
          </w:tcPr>
          <w:p w14:paraId="04400C5B" w14:textId="77777777" w:rsidR="003C48D3" w:rsidRPr="008B50F7" w:rsidRDefault="00C93743" w:rsidP="00CD5EE2">
            <w:pPr>
              <w:jc w:val="both"/>
              <w:rPr>
                <w:rFonts w:ascii="Aptos" w:hAnsi="Aptos"/>
                <w:lang w:val="it-IT"/>
              </w:rPr>
            </w:pPr>
            <w:r w:rsidRPr="008B50F7">
              <w:rPr>
                <w:rFonts w:ascii="Aptos" w:hAnsi="Aptos"/>
                <w:b/>
                <w:sz w:val="19"/>
                <w:lang w:val="it-IT"/>
              </w:rPr>
              <w:t>PEC per comunicazioni di gara</w:t>
            </w:r>
          </w:p>
        </w:tc>
        <w:tc>
          <w:tcPr>
            <w:tcW w:w="6803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vAlign w:val="center"/>
          </w:tcPr>
          <w:p w14:paraId="2826AD11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</w:rPr>
              <w:t>______________________________________________________________________</w:t>
            </w:r>
          </w:p>
        </w:tc>
      </w:tr>
    </w:tbl>
    <w:p w14:paraId="5D28AD6C" w14:textId="77777777" w:rsidR="003C48D3" w:rsidRPr="008B50F7" w:rsidRDefault="00C93743" w:rsidP="00CD5EE2">
      <w:pPr>
        <w:pStyle w:val="Titolo1"/>
        <w:jc w:val="both"/>
        <w:rPr>
          <w:rFonts w:ascii="Aptos" w:hAnsi="Aptos"/>
        </w:rPr>
      </w:pPr>
      <w:r w:rsidRPr="008B50F7">
        <w:rPr>
          <w:rFonts w:ascii="Aptos" w:hAnsi="Aptos"/>
        </w:rPr>
        <w:t xml:space="preserve">3. </w:t>
      </w:r>
      <w:proofErr w:type="spellStart"/>
      <w:r w:rsidRPr="008B50F7">
        <w:rPr>
          <w:rFonts w:ascii="Aptos" w:hAnsi="Aptos"/>
        </w:rPr>
        <w:t>Istanza</w:t>
      </w:r>
      <w:proofErr w:type="spellEnd"/>
      <w:r w:rsidRPr="008B50F7">
        <w:rPr>
          <w:rFonts w:ascii="Aptos" w:hAnsi="Aptos"/>
        </w:rPr>
        <w:t xml:space="preserve"> di </w:t>
      </w:r>
      <w:proofErr w:type="spellStart"/>
      <w:r w:rsidRPr="008B50F7">
        <w:rPr>
          <w:rFonts w:ascii="Aptos" w:hAnsi="Aptos"/>
        </w:rPr>
        <w:t>partecipazione</w:t>
      </w:r>
      <w:proofErr w:type="spellEnd"/>
    </w:p>
    <w:p w14:paraId="7C91E178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Il/La sottoscritto/a, come sopra generalizzato/a, ai sensi degli artt. 46 e 47 del D.P.R. n. 445/2000, consapevole delle responsabilità penali previste dall’art. 76 del medesimo D.P.R. in caso di dichiarazioni mendaci,</w:t>
      </w:r>
    </w:p>
    <w:p w14:paraId="0383C59D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CHIEDE</w:t>
      </w:r>
    </w:p>
    <w:p w14:paraId="7140C5D0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partecipare alla procedura in forma singola;</w:t>
      </w:r>
    </w:p>
    <w:p w14:paraId="5CF1BC17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partecipare quale mandatario/capogruppo di raggruppamento temporaneo/consorzio ordinario;</w:t>
      </w:r>
    </w:p>
    <w:p w14:paraId="40C99E30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partecipare quale mandante di raggruppamento temporaneo/consorzio ordinario;</w:t>
      </w:r>
    </w:p>
    <w:p w14:paraId="11C67D7E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partecipare quale consorzio / consorziata indicata / altro soggetto ammesso, specificare: ________________________________________________.</w:t>
      </w:r>
    </w:p>
    <w:p w14:paraId="06C90D63" w14:textId="77777777" w:rsidR="003C48D3" w:rsidRPr="008B50F7" w:rsidRDefault="00C93743" w:rsidP="00CD5EE2">
      <w:pPr>
        <w:pStyle w:val="Titolo1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4. Dichiarazioni sostitutive</w:t>
      </w:r>
    </w:p>
    <w:p w14:paraId="6A1354CC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A tal fine, sotto la propria responsabilità, DICHIARA:</w:t>
      </w:r>
    </w:p>
    <w:p w14:paraId="02A8FB0B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aver preso piena conoscenza e di accettare integralmente, senza riserva alcuna, l’Avviso pubblico, lo schema di convenzione, la determinazione dei criteri di valutazione e tutti gli allegati di gara;</w:t>
      </w:r>
    </w:p>
    <w:p w14:paraId="27B37BD0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lastRenderedPageBreak/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aver preso visione dell’immobile mediante sopralluogo obbligatorio e di ritenerlo idoneo o adeguabile alle finalità del servizio di asilo nido, nello stato di fatto e di diritto in cui si trova;</w:t>
      </w:r>
    </w:p>
    <w:p w14:paraId="2BA1917D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di possedere i requisiti di ordine generale e di idoneità professionale richiesti dagli artt. 94, 95 e 100 del </w:t>
      </w:r>
      <w:proofErr w:type="spellStart"/>
      <w:r w:rsidRPr="008B50F7">
        <w:rPr>
          <w:rFonts w:ascii="Aptos" w:hAnsi="Aptos"/>
          <w:lang w:val="it-IT"/>
        </w:rPr>
        <w:t>D.Lgs.</w:t>
      </w:r>
      <w:proofErr w:type="spellEnd"/>
      <w:r w:rsidRPr="008B50F7">
        <w:rPr>
          <w:rFonts w:ascii="Aptos" w:hAnsi="Aptos"/>
          <w:lang w:val="it-IT"/>
        </w:rPr>
        <w:t xml:space="preserve"> n. 36/2023, nonché la capacità a contrarre con la Pubblica Amministrazione;</w:t>
      </w:r>
    </w:p>
    <w:p w14:paraId="7057385B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che non sussistono cause di esclusione, interdizione, incapacità o divieto a contrarre con la Pubblica Amministrazione, né cause ostative ai sensi della normativa antimafia di cui al </w:t>
      </w:r>
      <w:proofErr w:type="spellStart"/>
      <w:r w:rsidRPr="008B50F7">
        <w:rPr>
          <w:rFonts w:ascii="Aptos" w:hAnsi="Aptos"/>
          <w:lang w:val="it-IT"/>
        </w:rPr>
        <w:t>D.Lgs.</w:t>
      </w:r>
      <w:proofErr w:type="spellEnd"/>
      <w:r w:rsidRPr="008B50F7">
        <w:rPr>
          <w:rFonts w:ascii="Aptos" w:hAnsi="Aptos"/>
          <w:lang w:val="it-IT"/>
        </w:rPr>
        <w:t xml:space="preserve"> n. 159/2011;</w:t>
      </w:r>
    </w:p>
    <w:p w14:paraId="5D19F3FE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che l’oggetto sociale o le finalità statutarie del concorrente sono coerenti con la gestione di servizi educativi per la prima infanzia;</w:t>
      </w:r>
    </w:p>
    <w:p w14:paraId="47B237B5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possedere, ovvero di impegnarsi a conseguire prima dell’avvio del servizio, l’autorizzazione al funzionamento di asilo nido ai sensi della L.R. Veneto n. 22/2002 e degli atti regionali attuativi;</w:t>
      </w:r>
    </w:p>
    <w:p w14:paraId="1B0FEBD4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non presentare più offerte riferibili al medesimo centro decisionale e di non trovarsi in situazioni di controllo o collegamento sostanziale tali da configurare un unico centro decisionale;</w:t>
      </w:r>
    </w:p>
    <w:p w14:paraId="4CD6EC05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rispettare e far rispettare le disposizioni in materia di tracciabilità, anticorruzione, trasparenza, codici di comportamento e conflitto di interessi applicabili ai rapporti con la Pubblica Amministrazione;</w:t>
      </w:r>
    </w:p>
    <w:p w14:paraId="6C296B02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impegnarsi, in caso di aggiudicazione, alla gestione del servizio nel rispetto della normativa statale e regionale vigente in materia di servizi educativi per la prima infanzia, sicurezza, igiene, privacy e tutela dei minori;</w:t>
      </w:r>
    </w:p>
    <w:p w14:paraId="0BFB1AD9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garantire l’impiego di personale in possesso dei titoli e requisiti previsti dalla normativa di settore e l’applicazione del CCNL di riferimento;</w:t>
      </w:r>
    </w:p>
    <w:p w14:paraId="3B41B8B2" w14:textId="0E27094B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assumere a proprio carico ogni adempimento necessario per l’avvio e la gestione del servizio, ivi compresi progetto educativo, organizzazione, personale, iscrizioni/utenza, sicurezza, autorizzazioni, SCIA/permessi, nulla ost</w:t>
      </w:r>
      <w:r w:rsidR="00B3262F">
        <w:rPr>
          <w:rFonts w:ascii="Aptos" w:hAnsi="Aptos"/>
          <w:lang w:val="it-IT"/>
        </w:rPr>
        <w:t xml:space="preserve">a, </w:t>
      </w:r>
      <w:r w:rsidR="00B3262F" w:rsidRPr="00B3262F">
        <w:rPr>
          <w:rFonts w:ascii="Aptos" w:hAnsi="Aptos"/>
          <w:lang w:val="it-IT"/>
        </w:rPr>
        <w:t xml:space="preserve">autorizzazione al funzionamento, </w:t>
      </w:r>
      <w:r w:rsidR="00B3262F" w:rsidRPr="00B3262F">
        <w:rPr>
          <w:rFonts w:ascii="Aptos" w:hAnsi="Aptos"/>
          <w:b/>
          <w:bCs/>
          <w:lang w:val="it-IT"/>
        </w:rPr>
        <w:t>accreditamento</w:t>
      </w:r>
      <w:r w:rsidR="00B3262F" w:rsidRPr="00B3262F">
        <w:rPr>
          <w:rFonts w:ascii="Aptos" w:hAnsi="Aptos"/>
          <w:lang w:val="it-IT"/>
        </w:rPr>
        <w:t xml:space="preserve"> e ogni altro titolo abilitativo necessario</w:t>
      </w:r>
      <w:r w:rsidRPr="008B50F7">
        <w:rPr>
          <w:rFonts w:ascii="Aptos" w:hAnsi="Aptos"/>
          <w:lang w:val="it-IT"/>
        </w:rPr>
        <w:t>;</w:t>
      </w:r>
    </w:p>
    <w:p w14:paraId="6357518A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accettare che il mancato rilascio dei titoli autorizzativi necessari non costituisce responsabilità del Comune;</w:t>
      </w:r>
    </w:p>
    <w:p w14:paraId="27E002E9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accettare il canone annuo a base di gara pari a € 18.000,00, corrispondente a € 1.500,00 mensili, comprensivo delle utenze secondo quanto previsto dall’Avviso e dallo schema di convenzione, con offerta economica esclusivamente in aumento;</w:t>
      </w:r>
    </w:p>
    <w:p w14:paraId="57DC6E13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accettare l’obbligo di versare il canone in rate trimestrali anticipate e l’aggiornamento annuale ISTAT FOI dal secondo anno, nella misura prevista dagli atti di gara;</w:t>
      </w:r>
    </w:p>
    <w:p w14:paraId="3E77A90B" w14:textId="40FA9C1C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di impegnarsi a prestare, in caso di aggiudicazione, </w:t>
      </w:r>
      <w:r w:rsidR="00B3262F" w:rsidRPr="00B3262F">
        <w:rPr>
          <w:rFonts w:ascii="Aptos" w:hAnsi="Aptos"/>
          <w:lang w:val="it-IT"/>
        </w:rPr>
        <w:t>cauzione definitiva pari all’importo del canone annuo risultante dall’offerta economica aggiudicataria</w:t>
      </w:r>
      <w:r w:rsidRPr="00B3262F">
        <w:rPr>
          <w:rFonts w:ascii="Aptos" w:hAnsi="Aptos"/>
          <w:lang w:val="it-IT"/>
        </w:rPr>
        <w:t xml:space="preserve"> e a produrre le polizze assicurative</w:t>
      </w:r>
      <w:r w:rsidRPr="008B50F7">
        <w:rPr>
          <w:rFonts w:ascii="Aptos" w:hAnsi="Aptos"/>
          <w:lang w:val="it-IT"/>
        </w:rPr>
        <w:t xml:space="preserve"> richieste prima della stipula e per tutta la durata della concessione;</w:t>
      </w:r>
    </w:p>
    <w:p w14:paraId="0F9CD22E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di impegnarsi a mantenere la destinazione esclusiva ad asilo nido per bambini 0–3 anni, con divieto di qualunque diversa destinazione, anche parziale o temporanea;</w:t>
      </w:r>
    </w:p>
    <w:p w14:paraId="0E37F79F" w14:textId="1E5C0C9F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di </w:t>
      </w:r>
      <w:r w:rsidRPr="00C93743">
        <w:rPr>
          <w:rFonts w:ascii="Aptos" w:hAnsi="Aptos"/>
          <w:lang w:val="it-IT"/>
        </w:rPr>
        <w:t>accettare il divieto di cessione della concessione e di sub-concessione a terzi</w:t>
      </w:r>
      <w:r w:rsidRPr="008B50F7">
        <w:rPr>
          <w:rFonts w:ascii="Aptos" w:hAnsi="Aptos"/>
          <w:lang w:val="it-IT"/>
        </w:rPr>
        <w:t>;</w:t>
      </w:r>
    </w:p>
    <w:p w14:paraId="14233820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di accettare i controlli e le verifiche del Comune sulla corretta gestione e sul rispetto degli obblighi </w:t>
      </w:r>
      <w:r w:rsidRPr="008B50F7">
        <w:rPr>
          <w:rFonts w:ascii="Aptos" w:hAnsi="Aptos"/>
          <w:lang w:val="it-IT"/>
        </w:rPr>
        <w:t>concessori;</w:t>
      </w:r>
    </w:p>
    <w:p w14:paraId="262CE14B" w14:textId="77777777" w:rsidR="003C48D3" w:rsidRPr="008B50F7" w:rsidRDefault="00C93743" w:rsidP="00CD5EE2">
      <w:pPr>
        <w:spacing w:after="60"/>
        <w:ind w:left="283" w:hanging="283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di eleggere quale domicilio digitale per tutte le comunicazioni inerenti </w:t>
      </w:r>
      <w:proofErr w:type="gramStart"/>
      <w:r w:rsidRPr="008B50F7">
        <w:rPr>
          <w:rFonts w:ascii="Aptos" w:hAnsi="Aptos"/>
          <w:lang w:val="it-IT"/>
        </w:rPr>
        <w:t>la</w:t>
      </w:r>
      <w:proofErr w:type="gramEnd"/>
      <w:r w:rsidRPr="008B50F7">
        <w:rPr>
          <w:rFonts w:ascii="Aptos" w:hAnsi="Aptos"/>
          <w:lang w:val="it-IT"/>
        </w:rPr>
        <w:t xml:space="preserve"> procedura la PEC indicata nella presente domanda.</w:t>
      </w:r>
    </w:p>
    <w:p w14:paraId="22CBC088" w14:textId="77777777" w:rsidR="003C48D3" w:rsidRPr="008B50F7" w:rsidRDefault="00C93743" w:rsidP="00CD5EE2">
      <w:pPr>
        <w:pStyle w:val="Titolo1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5. Capacità tecnico-professionale</w:t>
      </w:r>
    </w:p>
    <w:p w14:paraId="7DA5E36A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Il concorrente dichiara di aver gestito almeno un servizio educativo per la prima infanzia nell’ultimo quinquennio per un periodo continuativo non inferiore a 12 mesi, come di seguito indicato: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94"/>
        <w:gridCol w:w="1994"/>
        <w:gridCol w:w="1994"/>
        <w:gridCol w:w="1994"/>
        <w:gridCol w:w="1994"/>
      </w:tblGrid>
      <w:tr w:rsidR="003C48D3" w:rsidRPr="008B50F7" w14:paraId="25201048" w14:textId="77777777">
        <w:tc>
          <w:tcPr>
            <w:tcW w:w="1994" w:type="dxa"/>
            <w:shd w:val="clear" w:color="auto" w:fill="F2F6FB"/>
            <w:vAlign w:val="center"/>
          </w:tcPr>
          <w:p w14:paraId="60125AAF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r w:rsidRPr="008B50F7">
              <w:rPr>
                <w:rFonts w:ascii="Aptos" w:hAnsi="Aptos"/>
                <w:sz w:val="17"/>
              </w:rPr>
              <w:t xml:space="preserve">Servizio </w:t>
            </w:r>
            <w:proofErr w:type="spellStart"/>
            <w:r w:rsidRPr="008B50F7">
              <w:rPr>
                <w:rFonts w:ascii="Aptos" w:hAnsi="Aptos"/>
                <w:sz w:val="17"/>
              </w:rPr>
              <w:t>gestito</w:t>
            </w:r>
            <w:proofErr w:type="spellEnd"/>
          </w:p>
        </w:tc>
        <w:tc>
          <w:tcPr>
            <w:tcW w:w="1994" w:type="dxa"/>
            <w:shd w:val="clear" w:color="auto" w:fill="F2F6FB"/>
            <w:vAlign w:val="center"/>
          </w:tcPr>
          <w:p w14:paraId="3B2DCB1C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sz w:val="17"/>
              </w:rPr>
              <w:t>Committente</w:t>
            </w:r>
            <w:proofErr w:type="spellEnd"/>
            <w:r w:rsidRPr="008B50F7">
              <w:rPr>
                <w:rFonts w:ascii="Aptos" w:hAnsi="Aptos"/>
                <w:sz w:val="17"/>
              </w:rPr>
              <w:t xml:space="preserve"> / </w:t>
            </w:r>
            <w:proofErr w:type="spellStart"/>
            <w:r w:rsidRPr="008B50F7">
              <w:rPr>
                <w:rFonts w:ascii="Aptos" w:hAnsi="Aptos"/>
                <w:sz w:val="17"/>
              </w:rPr>
              <w:t>sede</w:t>
            </w:r>
            <w:proofErr w:type="spellEnd"/>
          </w:p>
        </w:tc>
        <w:tc>
          <w:tcPr>
            <w:tcW w:w="1994" w:type="dxa"/>
            <w:shd w:val="clear" w:color="auto" w:fill="F2F6FB"/>
            <w:vAlign w:val="center"/>
          </w:tcPr>
          <w:p w14:paraId="66D5BB59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sz w:val="17"/>
              </w:rPr>
              <w:t>Periodo</w:t>
            </w:r>
            <w:proofErr w:type="spellEnd"/>
          </w:p>
        </w:tc>
        <w:tc>
          <w:tcPr>
            <w:tcW w:w="1994" w:type="dxa"/>
            <w:shd w:val="clear" w:color="auto" w:fill="F2F6FB"/>
            <w:vAlign w:val="center"/>
          </w:tcPr>
          <w:p w14:paraId="30813ECB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sz w:val="17"/>
              </w:rPr>
              <w:t>Durata</w:t>
            </w:r>
            <w:proofErr w:type="spellEnd"/>
            <w:r w:rsidRPr="008B50F7">
              <w:rPr>
                <w:rFonts w:ascii="Aptos" w:hAnsi="Aptos"/>
                <w:sz w:val="17"/>
              </w:rPr>
              <w:t xml:space="preserve"> </w:t>
            </w:r>
            <w:proofErr w:type="spellStart"/>
            <w:r w:rsidRPr="008B50F7">
              <w:rPr>
                <w:rFonts w:ascii="Aptos" w:hAnsi="Aptos"/>
                <w:sz w:val="17"/>
              </w:rPr>
              <w:t>continuativa</w:t>
            </w:r>
            <w:proofErr w:type="spellEnd"/>
          </w:p>
        </w:tc>
        <w:tc>
          <w:tcPr>
            <w:tcW w:w="1994" w:type="dxa"/>
            <w:shd w:val="clear" w:color="auto" w:fill="F2F6FB"/>
            <w:vAlign w:val="center"/>
          </w:tcPr>
          <w:p w14:paraId="6952B614" w14:textId="77777777" w:rsidR="003C48D3" w:rsidRPr="008B50F7" w:rsidRDefault="00C93743" w:rsidP="00CD5EE2">
            <w:pPr>
              <w:jc w:val="both"/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sz w:val="17"/>
              </w:rPr>
              <w:t>Referente</w:t>
            </w:r>
            <w:proofErr w:type="spellEnd"/>
            <w:r w:rsidRPr="008B50F7">
              <w:rPr>
                <w:rFonts w:ascii="Aptos" w:hAnsi="Aptos"/>
                <w:sz w:val="17"/>
              </w:rPr>
              <w:t xml:space="preserve"> / contatto</w:t>
            </w:r>
          </w:p>
        </w:tc>
      </w:tr>
      <w:tr w:rsidR="003C48D3" w:rsidRPr="008B50F7" w14:paraId="34FB4DEE" w14:textId="77777777">
        <w:tc>
          <w:tcPr>
            <w:tcW w:w="1994" w:type="dxa"/>
            <w:vAlign w:val="center"/>
          </w:tcPr>
          <w:p w14:paraId="5A1D6D07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35EC7B56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4C446B42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77D394B8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0AFD5D92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</w:tr>
      <w:tr w:rsidR="003C48D3" w:rsidRPr="008B50F7" w14:paraId="59124A28" w14:textId="77777777">
        <w:tc>
          <w:tcPr>
            <w:tcW w:w="1994" w:type="dxa"/>
            <w:vAlign w:val="center"/>
          </w:tcPr>
          <w:p w14:paraId="27E97D87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43816442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55F00500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73FCC6B6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43601BAB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</w:tr>
      <w:tr w:rsidR="003C48D3" w:rsidRPr="008B50F7" w14:paraId="5AFE0ABD" w14:textId="77777777">
        <w:tc>
          <w:tcPr>
            <w:tcW w:w="1994" w:type="dxa"/>
            <w:vAlign w:val="center"/>
          </w:tcPr>
          <w:p w14:paraId="2DB3D4F9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66FE1245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3C0FDBA6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476A4F70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  <w:tc>
          <w:tcPr>
            <w:tcW w:w="1994" w:type="dxa"/>
            <w:vAlign w:val="center"/>
          </w:tcPr>
          <w:p w14:paraId="54765740" w14:textId="77777777" w:rsidR="003C48D3" w:rsidRPr="008B50F7" w:rsidRDefault="003C48D3" w:rsidP="00CD5EE2">
            <w:pPr>
              <w:jc w:val="both"/>
              <w:rPr>
                <w:rFonts w:ascii="Aptos" w:hAnsi="Aptos"/>
              </w:rPr>
            </w:pPr>
          </w:p>
        </w:tc>
      </w:tr>
    </w:tbl>
    <w:p w14:paraId="22DF55FC" w14:textId="56355BEC" w:rsidR="003C48D3" w:rsidRPr="008B50F7" w:rsidRDefault="00CD5EE2" w:rsidP="00CD5EE2">
      <w:pPr>
        <w:pStyle w:val="Titolo1"/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6. Documentazione allegata</w:t>
      </w:r>
    </w:p>
    <w:p w14:paraId="6CF263B6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copia </w:t>
      </w:r>
      <w:r w:rsidRPr="008B50F7">
        <w:rPr>
          <w:rFonts w:ascii="Aptos" w:hAnsi="Aptos"/>
          <w:lang w:val="it-IT"/>
        </w:rPr>
        <w:t>documento di identità del sottoscrittore, se firma autografa;</w:t>
      </w:r>
    </w:p>
    <w:p w14:paraId="29E81BAE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visura CCIAA / atto costitutivo e statuto / iscrizione RUNTS o altro registro pertinente;</w:t>
      </w:r>
    </w:p>
    <w:p w14:paraId="23264318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attestato di sopralluogo obbligatorio;</w:t>
      </w:r>
    </w:p>
    <w:p w14:paraId="0DE8A6F2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cauzione provvisoria di € 2.000,00;</w:t>
      </w:r>
    </w:p>
    <w:p w14:paraId="3159405F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documentazione comprovante la capacità tecnico-professionale;</w:t>
      </w:r>
    </w:p>
    <w:p w14:paraId="480747AA" w14:textId="1B7232BE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 xml:space="preserve">eventuale documentazione relativa </w:t>
      </w:r>
      <w:r w:rsidR="00CD5EE2" w:rsidRPr="008B50F7">
        <w:rPr>
          <w:rFonts w:ascii="Aptos" w:hAnsi="Aptos"/>
          <w:lang w:val="it-IT"/>
        </w:rPr>
        <w:t>a</w:t>
      </w:r>
      <w:r w:rsidRPr="008B50F7">
        <w:rPr>
          <w:rFonts w:ascii="Aptos" w:hAnsi="Aptos"/>
          <w:lang w:val="it-IT"/>
        </w:rPr>
        <w:t xml:space="preserve"> RTI/consorzio o procura;</w:t>
      </w:r>
    </w:p>
    <w:p w14:paraId="5A5525B7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b/>
          <w:lang w:val="it-IT"/>
        </w:rPr>
        <w:t>☐</w:t>
      </w:r>
      <w:r w:rsidRPr="008B50F7">
        <w:rPr>
          <w:rFonts w:ascii="Aptos" w:hAnsi="Aptos"/>
          <w:b/>
          <w:lang w:val="it-IT"/>
        </w:rPr>
        <w:t xml:space="preserve"> </w:t>
      </w:r>
      <w:r w:rsidRPr="008B50F7">
        <w:rPr>
          <w:rFonts w:ascii="Aptos" w:hAnsi="Aptos"/>
          <w:lang w:val="it-IT"/>
        </w:rPr>
        <w:t>ogni ulteriore documento richiesto dall’Avviso pubblico.</w:t>
      </w:r>
    </w:p>
    <w:p w14:paraId="0F94B8F9" w14:textId="274C15DF" w:rsidR="003C48D3" w:rsidRPr="008B50F7" w:rsidRDefault="00C93743" w:rsidP="00CD5EE2">
      <w:pPr>
        <w:pStyle w:val="Titolo1"/>
        <w:jc w:val="both"/>
        <w:rPr>
          <w:rFonts w:ascii="Aptos" w:hAnsi="Aptos"/>
          <w:lang w:val="it-IT"/>
        </w:rPr>
      </w:pPr>
      <w:r>
        <w:rPr>
          <w:rFonts w:ascii="Aptos" w:hAnsi="Aptos"/>
          <w:lang w:val="it-IT"/>
        </w:rPr>
        <w:t>7</w:t>
      </w:r>
      <w:r w:rsidRPr="008B50F7">
        <w:rPr>
          <w:rFonts w:ascii="Aptos" w:hAnsi="Aptos"/>
          <w:lang w:val="it-IT"/>
        </w:rPr>
        <w:t xml:space="preserve">. </w:t>
      </w:r>
      <w:r w:rsidRPr="008B50F7">
        <w:rPr>
          <w:rFonts w:ascii="Aptos" w:hAnsi="Aptos"/>
          <w:lang w:val="it-IT"/>
        </w:rPr>
        <w:t>Informativa privacy</w:t>
      </w:r>
    </w:p>
    <w:p w14:paraId="5788D39D" w14:textId="77777777" w:rsidR="003C48D3" w:rsidRPr="008B50F7" w:rsidRDefault="00C93743" w:rsidP="00CD5EE2">
      <w:pPr>
        <w:jc w:val="both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>Il sottoscritto dichiara di essere informato che i dati personali conferiti saranno trattati dal Comune di Pramaggiore esclusivamente per le finalità connesse alla presente procedura e agli eventuali successivi adempimenti contrattuali, nel rispetto della normativa vigente in materia di protezione dei dati personali.</w:t>
      </w:r>
    </w:p>
    <w:p w14:paraId="372B1FDA" w14:textId="77777777" w:rsidR="003C48D3" w:rsidRPr="008B50F7" w:rsidRDefault="003C48D3">
      <w:pPr>
        <w:rPr>
          <w:rFonts w:ascii="Aptos" w:hAnsi="Aptos"/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3C48D3" w:rsidRPr="008B50F7" w14:paraId="252FA3DD" w14:textId="77777777">
        <w:tc>
          <w:tcPr>
            <w:tcW w:w="4986" w:type="dxa"/>
          </w:tcPr>
          <w:p w14:paraId="0C71C4AB" w14:textId="77777777" w:rsidR="003C48D3" w:rsidRPr="008B50F7" w:rsidRDefault="00C93743">
            <w:pPr>
              <w:rPr>
                <w:rFonts w:ascii="Aptos" w:hAnsi="Aptos"/>
              </w:rPr>
            </w:pPr>
            <w:proofErr w:type="spellStart"/>
            <w:r w:rsidRPr="008B50F7">
              <w:rPr>
                <w:rFonts w:ascii="Aptos" w:hAnsi="Aptos"/>
                <w:sz w:val="18"/>
              </w:rPr>
              <w:t>Luogo</w:t>
            </w:r>
            <w:proofErr w:type="spellEnd"/>
            <w:r w:rsidRPr="008B50F7">
              <w:rPr>
                <w:rFonts w:ascii="Aptos" w:hAnsi="Aptos"/>
                <w:sz w:val="18"/>
              </w:rPr>
              <w:t xml:space="preserve"> e data</w:t>
            </w:r>
          </w:p>
        </w:tc>
        <w:tc>
          <w:tcPr>
            <w:tcW w:w="4986" w:type="dxa"/>
          </w:tcPr>
          <w:p w14:paraId="039278C4" w14:textId="46DF476D" w:rsidR="003C48D3" w:rsidRPr="008B50F7" w:rsidRDefault="00C93743">
            <w:pPr>
              <w:rPr>
                <w:rFonts w:ascii="Aptos" w:hAnsi="Aptos"/>
                <w:lang w:val="it-IT"/>
              </w:rPr>
            </w:pPr>
            <w:r w:rsidRPr="008B50F7">
              <w:rPr>
                <w:rFonts w:ascii="Aptos" w:hAnsi="Aptos"/>
                <w:sz w:val="18"/>
                <w:lang w:val="it-IT"/>
              </w:rPr>
              <w:t>Firma autografa leggibile</w:t>
            </w:r>
          </w:p>
        </w:tc>
      </w:tr>
      <w:tr w:rsidR="003C48D3" w:rsidRPr="008B50F7" w14:paraId="76BCFE8B" w14:textId="77777777">
        <w:tc>
          <w:tcPr>
            <w:tcW w:w="4986" w:type="dxa"/>
          </w:tcPr>
          <w:p w14:paraId="2FAE12A7" w14:textId="77777777" w:rsidR="003C48D3" w:rsidRPr="008B50F7" w:rsidRDefault="00C93743">
            <w:pPr>
              <w:rPr>
                <w:rFonts w:ascii="Aptos" w:hAnsi="Aptos"/>
              </w:rPr>
            </w:pPr>
            <w:r w:rsidRPr="008B50F7">
              <w:rPr>
                <w:rFonts w:ascii="Aptos" w:hAnsi="Aptos"/>
                <w:sz w:val="18"/>
              </w:rPr>
              <w:t>________________________________________</w:t>
            </w:r>
          </w:p>
        </w:tc>
        <w:tc>
          <w:tcPr>
            <w:tcW w:w="4986" w:type="dxa"/>
          </w:tcPr>
          <w:p w14:paraId="440E6171" w14:textId="77777777" w:rsidR="003C48D3" w:rsidRPr="008B50F7" w:rsidRDefault="00C93743">
            <w:pPr>
              <w:rPr>
                <w:rFonts w:ascii="Aptos" w:hAnsi="Aptos"/>
              </w:rPr>
            </w:pPr>
            <w:r w:rsidRPr="008B50F7">
              <w:rPr>
                <w:rFonts w:ascii="Aptos" w:hAnsi="Aptos"/>
                <w:sz w:val="18"/>
              </w:rPr>
              <w:t>________________________________________</w:t>
            </w:r>
          </w:p>
        </w:tc>
      </w:tr>
    </w:tbl>
    <w:p w14:paraId="4B7E1A2C" w14:textId="7EC3F616" w:rsidR="003C48D3" w:rsidRPr="008B50F7" w:rsidRDefault="00C93743">
      <w:pPr>
        <w:pStyle w:val="Small"/>
        <w:rPr>
          <w:rFonts w:ascii="Aptos" w:hAnsi="Aptos"/>
          <w:lang w:val="it-IT"/>
        </w:rPr>
      </w:pPr>
      <w:r w:rsidRPr="008B50F7">
        <w:rPr>
          <w:rFonts w:ascii="Aptos" w:hAnsi="Aptos"/>
          <w:lang w:val="it-IT"/>
        </w:rPr>
        <w:t xml:space="preserve">allegare copia di documento di identità in </w:t>
      </w:r>
      <w:r w:rsidRPr="008B50F7">
        <w:rPr>
          <w:rFonts w:ascii="Aptos" w:hAnsi="Aptos"/>
          <w:lang w:val="it-IT"/>
        </w:rPr>
        <w:t>corso di validità del sottoscrittore.</w:t>
      </w:r>
    </w:p>
    <w:sectPr w:rsidR="003C48D3" w:rsidRPr="008B50F7" w:rsidSect="00034616">
      <w:headerReference w:type="default" r:id="rId8"/>
      <w:footerReference w:type="default" r:id="rId9"/>
      <w:pgSz w:w="12240" w:h="15840"/>
      <w:pgMar w:top="907" w:right="1134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CC2B8" w14:textId="77777777" w:rsidR="005E2840" w:rsidRDefault="005E2840">
      <w:pPr>
        <w:spacing w:after="0" w:line="240" w:lineRule="auto"/>
      </w:pPr>
      <w:r>
        <w:separator/>
      </w:r>
    </w:p>
  </w:endnote>
  <w:endnote w:type="continuationSeparator" w:id="0">
    <w:p w14:paraId="064F74DE" w14:textId="77777777" w:rsidR="005E2840" w:rsidRDefault="005E2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D86FA" w14:textId="77777777" w:rsidR="003C48D3" w:rsidRPr="00CD5EE2" w:rsidRDefault="00C93743">
    <w:pPr>
      <w:pStyle w:val="Pidipagina"/>
      <w:jc w:val="center"/>
      <w:rPr>
        <w:lang w:val="it-IT"/>
      </w:rPr>
    </w:pPr>
    <w:r w:rsidRPr="00CD5EE2">
      <w:rPr>
        <w:sz w:val="15"/>
        <w:lang w:val="it-IT"/>
      </w:rPr>
      <w:t>Avviso pubblico concessione spazi Ex Scuola De Amicis – Asilo Nido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70030" w14:textId="77777777" w:rsidR="005E2840" w:rsidRDefault="005E2840">
      <w:pPr>
        <w:spacing w:after="0" w:line="240" w:lineRule="auto"/>
      </w:pPr>
      <w:r>
        <w:separator/>
      </w:r>
    </w:p>
  </w:footnote>
  <w:footnote w:type="continuationSeparator" w:id="0">
    <w:p w14:paraId="20857BC4" w14:textId="77777777" w:rsidR="005E2840" w:rsidRDefault="005E2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185C" w14:textId="77777777" w:rsidR="003C48D3" w:rsidRDefault="003C48D3">
    <w:pPr>
      <w:pStyle w:val="Intestazion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819"/>
      <w:gridCol w:w="4819"/>
    </w:tblGrid>
    <w:tr w:rsidR="003C48D3" w:rsidRPr="00B3262F" w14:paraId="7603AC31" w14:textId="77777777">
      <w:tc>
        <w:tcPr>
          <w:tcW w:w="4819" w:type="dxa"/>
          <w:tcBorders>
            <w:bottom w:val="single" w:sz="8" w:space="0" w:color="5B9BD5"/>
          </w:tcBorders>
        </w:tcPr>
        <w:p w14:paraId="253A5186" w14:textId="77777777" w:rsidR="003C48D3" w:rsidRDefault="00C93743">
          <w:pPr>
            <w:jc w:val="center"/>
          </w:pPr>
          <w:r>
            <w:rPr>
              <w:noProof/>
            </w:rPr>
            <w:drawing>
              <wp:inline distT="0" distB="0" distL="0" distR="0" wp14:anchorId="36346FB9" wp14:editId="14AED929">
                <wp:extent cx="486000" cy="57591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mune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6000" cy="575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bottom w:val="single" w:sz="8" w:space="0" w:color="5B9BD5"/>
          </w:tcBorders>
        </w:tcPr>
        <w:p w14:paraId="49563BD3" w14:textId="77777777" w:rsidR="003C48D3" w:rsidRPr="00CD5EE2" w:rsidRDefault="00C93743">
          <w:pPr>
            <w:rPr>
              <w:lang w:val="it-IT"/>
            </w:rPr>
          </w:pPr>
          <w:r w:rsidRPr="00CD5EE2">
            <w:rPr>
              <w:b/>
              <w:sz w:val="22"/>
              <w:lang w:val="it-IT"/>
            </w:rPr>
            <w:t xml:space="preserve">COMUNE DI PRAMAGGIORE </w:t>
          </w:r>
          <w:r w:rsidRPr="00CD5EE2">
            <w:rPr>
              <w:i/>
              <w:sz w:val="17"/>
              <w:lang w:val="it-IT"/>
            </w:rPr>
            <w:t>Città Metropolitana di Venezia</w:t>
          </w:r>
        </w:p>
        <w:p w14:paraId="0C41E5B2" w14:textId="77777777" w:rsidR="003C48D3" w:rsidRPr="00CD5EE2" w:rsidRDefault="00C93743">
          <w:pPr>
            <w:spacing w:after="0"/>
            <w:rPr>
              <w:lang w:val="it-IT"/>
            </w:rPr>
          </w:pPr>
          <w:r w:rsidRPr="00CD5EE2">
            <w:rPr>
              <w:b/>
              <w:sz w:val="17"/>
              <w:lang w:val="it-IT"/>
            </w:rPr>
            <w:t>Ufficio Tecnico</w:t>
          </w:r>
        </w:p>
        <w:p w14:paraId="5715A18C" w14:textId="77777777" w:rsidR="003C48D3" w:rsidRPr="00CD5EE2" w:rsidRDefault="00C93743">
          <w:pPr>
            <w:rPr>
              <w:lang w:val="it-IT"/>
            </w:rPr>
          </w:pPr>
          <w:r w:rsidRPr="00CD5EE2">
            <w:rPr>
              <w:sz w:val="15"/>
              <w:lang w:val="it-IT"/>
            </w:rPr>
            <w:t>Piazza Libertà, 5 int. 5 - C.A.P. 30020 – Tel. 0421/203680</w:t>
          </w:r>
        </w:p>
        <w:p w14:paraId="73E3676D" w14:textId="77777777" w:rsidR="003C48D3" w:rsidRPr="00CD5EE2" w:rsidRDefault="00C93743">
          <w:pPr>
            <w:rPr>
              <w:lang w:val="it-IT"/>
            </w:rPr>
          </w:pPr>
          <w:r w:rsidRPr="00CD5EE2">
            <w:rPr>
              <w:sz w:val="15"/>
              <w:lang w:val="it-IT"/>
            </w:rPr>
            <w:t xml:space="preserve">E-mail </w:t>
          </w:r>
          <w:r w:rsidRPr="00CD5EE2">
            <w:rPr>
              <w:sz w:val="15"/>
              <w:lang w:val="it-IT"/>
            </w:rPr>
            <w:t>ufficiotecnico@comune.pramaggiore.ve.it – PEC protocollo.comune.pramaggiore.ve@pecveneto.it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259110">
    <w:abstractNumId w:val="8"/>
  </w:num>
  <w:num w:numId="2" w16cid:durableId="208809972">
    <w:abstractNumId w:val="6"/>
  </w:num>
  <w:num w:numId="3" w16cid:durableId="1241720071">
    <w:abstractNumId w:val="5"/>
  </w:num>
  <w:num w:numId="4" w16cid:durableId="611285713">
    <w:abstractNumId w:val="4"/>
  </w:num>
  <w:num w:numId="5" w16cid:durableId="1002126513">
    <w:abstractNumId w:val="7"/>
  </w:num>
  <w:num w:numId="6" w16cid:durableId="1697465262">
    <w:abstractNumId w:val="3"/>
  </w:num>
  <w:num w:numId="7" w16cid:durableId="583106374">
    <w:abstractNumId w:val="2"/>
  </w:num>
  <w:num w:numId="8" w16cid:durableId="1520654138">
    <w:abstractNumId w:val="1"/>
  </w:num>
  <w:num w:numId="9" w16cid:durableId="1319268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48D3"/>
    <w:rsid w:val="005E2840"/>
    <w:rsid w:val="006A4467"/>
    <w:rsid w:val="008B50F7"/>
    <w:rsid w:val="00AA1B7E"/>
    <w:rsid w:val="00AA1D8D"/>
    <w:rsid w:val="00B3262F"/>
    <w:rsid w:val="00B47730"/>
    <w:rsid w:val="00C93743"/>
    <w:rsid w:val="00CB0664"/>
    <w:rsid w:val="00CD5EE2"/>
    <w:rsid w:val="00E46249"/>
    <w:rsid w:val="00E921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A2E319"/>
  <w14:defaultImageDpi w14:val="300"/>
  <w15:docId w15:val="{41B486A0-C350-45DB-80D1-D3E5471D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2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eastAsia="Arial" w:hAnsi="Arial"/>
      <w:sz w:val="16"/>
    </w:rPr>
  </w:style>
  <w:style w:type="character" w:customStyle="1" w:styleId="FieldLabel">
    <w:name w:val="FieldLabel"/>
    <w:rPr>
      <w:rFonts w:ascii="Arial" w:hAnsi="Arial"/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1171</Words>
  <Characters>6677</Characters>
  <Application>Microsoft Office Word</Application>
  <DocSecurity>0</DocSecurity>
  <Lines>55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tecnico1</cp:lastModifiedBy>
  <cp:revision>5</cp:revision>
  <cp:lastPrinted>2026-06-19T08:31:00Z</cp:lastPrinted>
  <dcterms:created xsi:type="dcterms:W3CDTF">2013-12-23T23:15:00Z</dcterms:created>
  <dcterms:modified xsi:type="dcterms:W3CDTF">2026-10-02T09:55:00Z</dcterms:modified>
  <cp:category/>
</cp:coreProperties>
</file>